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595" w:rsidRPr="00AD2420" w:rsidRDefault="00000000" w:rsidP="00AD2420">
      <w:pPr>
        <w:pStyle w:val="Title"/>
        <w:jc w:val="center"/>
        <w:rPr>
          <w:sz w:val="40"/>
          <w:szCs w:val="40"/>
        </w:rPr>
      </w:pPr>
      <w:r w:rsidRPr="00AD2420">
        <w:rPr>
          <w:sz w:val="40"/>
          <w:szCs w:val="40"/>
        </w:rPr>
        <w:t>ARDSICON</w:t>
      </w:r>
      <w:r w:rsidR="00E35931">
        <w:rPr>
          <w:sz w:val="40"/>
          <w:szCs w:val="40"/>
        </w:rPr>
        <w:t>’</w:t>
      </w:r>
      <w:r w:rsidRPr="00AD2420">
        <w:rPr>
          <w:sz w:val="40"/>
          <w:szCs w:val="40"/>
        </w:rPr>
        <w:t>26 – Student</w:t>
      </w:r>
      <w:r w:rsidR="00AD2420" w:rsidRPr="00AD2420">
        <w:rPr>
          <w:sz w:val="40"/>
          <w:szCs w:val="40"/>
        </w:rPr>
        <w:t xml:space="preserve"> </w:t>
      </w:r>
      <w:r w:rsidRPr="00AD2420">
        <w:rPr>
          <w:sz w:val="40"/>
          <w:szCs w:val="40"/>
        </w:rPr>
        <w:t>Hackathon</w:t>
      </w:r>
    </w:p>
    <w:p w:rsidR="00AD2420" w:rsidRDefault="00000000" w:rsidP="000B7A60">
      <w:pPr>
        <w:pStyle w:val="Heading1"/>
        <w:jc w:val="center"/>
      </w:pPr>
      <w:r>
        <w:t>Concept Note Submission Form</w:t>
      </w:r>
    </w:p>
    <w:p w:rsidR="000B7A60" w:rsidRPr="000B7A60" w:rsidRDefault="000B7A60" w:rsidP="000B7A60">
      <w:pPr>
        <w:spacing w:before="0"/>
      </w:pPr>
    </w:p>
    <w:p w:rsidR="00AD2420" w:rsidRDefault="000B7A60" w:rsidP="000B7A60">
      <w:pPr>
        <w:spacing w:before="0" w:after="0"/>
        <w:rPr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CHALLENGE TRACK</w:t>
      </w:r>
      <w:r w:rsidRPr="00AD2420">
        <w:rPr>
          <w:b/>
          <w:bCs/>
          <w:sz w:val="24"/>
          <w:szCs w:val="24"/>
        </w:rPr>
        <w:t>:</w:t>
      </w:r>
      <w:r w:rsidR="00AD2420" w:rsidRPr="00AD2420">
        <w:rPr>
          <w:sz w:val="24"/>
          <w:szCs w:val="24"/>
        </w:rPr>
        <w:t xml:space="preserve"> </w:t>
      </w:r>
      <w:r w:rsidR="00AD2420">
        <w:rPr>
          <w:sz w:val="24"/>
          <w:szCs w:val="24"/>
          <w:u w:val="single"/>
        </w:rPr>
        <w:t>__________________________________________________________________________</w:t>
      </w:r>
    </w:p>
    <w:p w:rsidR="00AD2420" w:rsidRPr="00AD2420" w:rsidRDefault="00AD2420" w:rsidP="00AD2420">
      <w:pPr>
        <w:spacing w:before="0" w:after="0"/>
      </w:pPr>
      <w:r>
        <w:rPr>
          <w:sz w:val="24"/>
          <w:szCs w:val="24"/>
        </w:rPr>
        <w:t>[</w:t>
      </w:r>
      <w:r w:rsidRPr="00AD2420">
        <w:rPr>
          <w:sz w:val="24"/>
          <w:szCs w:val="24"/>
        </w:rPr>
        <w:t>Ref Conference brochure</w:t>
      </w:r>
      <w:r>
        <w:rPr>
          <w:sz w:val="24"/>
          <w:szCs w:val="24"/>
        </w:rPr>
        <w:t>]</w:t>
      </w:r>
    </w:p>
    <w:p w:rsidR="008C2595" w:rsidRDefault="00000000">
      <w:pPr>
        <w:pStyle w:val="Heading2"/>
      </w:pPr>
      <w:r>
        <w:t>1. Team Name</w:t>
      </w:r>
    </w:p>
    <w:p w:rsidR="00AD2420" w:rsidRDefault="00000000" w:rsidP="000B7A60">
      <w:r>
        <w:t>______________________________________________</w:t>
      </w:r>
      <w:r w:rsidR="00AD2420">
        <w:t>__________________</w:t>
      </w:r>
    </w:p>
    <w:p w:rsidR="008C2595" w:rsidRDefault="00AD2420">
      <w:pPr>
        <w:pStyle w:val="Heading2"/>
      </w:pPr>
      <w:r>
        <w:t>2. Team Members (&lt;Name&gt;, &lt;Year</w:t>
      </w:r>
      <w:proofErr w:type="gramStart"/>
      <w:r>
        <w:t>&gt; ,</w:t>
      </w:r>
      <w:proofErr w:type="gramEnd"/>
      <w:r>
        <w:t xml:space="preserve"> &lt;Discipline&gt;, &lt;Institution&gt;)</w:t>
      </w:r>
    </w:p>
    <w:p w:rsidR="008C2595" w:rsidRDefault="00000000">
      <w:r>
        <w:t xml:space="preserve">1. </w:t>
      </w:r>
      <w:r w:rsidR="00AD2420">
        <w:t xml:space="preserve"> E.g., TONY, II Year, MSW/PSY, Kumaraguru College of Liberal Arts &amp; Science-Coimbatore.</w:t>
      </w:r>
    </w:p>
    <w:p w:rsidR="008C2595" w:rsidRDefault="00000000">
      <w:r>
        <w:t xml:space="preserve">2. </w:t>
      </w:r>
    </w:p>
    <w:p w:rsidR="008C2595" w:rsidRDefault="00000000">
      <w:r>
        <w:t xml:space="preserve">3. </w:t>
      </w:r>
    </w:p>
    <w:p w:rsidR="008C2595" w:rsidRDefault="00000000">
      <w:r>
        <w:t xml:space="preserve">4. </w:t>
      </w:r>
    </w:p>
    <w:p w:rsidR="008C2595" w:rsidRDefault="00000000" w:rsidP="000B7A60">
      <w:r>
        <w:t xml:space="preserve">5. </w:t>
      </w:r>
    </w:p>
    <w:p w:rsidR="008C2595" w:rsidRDefault="00AD2420">
      <w:pPr>
        <w:pStyle w:val="Heading2"/>
      </w:pPr>
      <w:r>
        <w:t>3. Contact Person (Name, Email, Phone)</w:t>
      </w:r>
    </w:p>
    <w:p w:rsidR="008C2595" w:rsidRDefault="008C2595"/>
    <w:p w:rsidR="00AD2420" w:rsidRDefault="00AD2420"/>
    <w:p w:rsidR="008C2595" w:rsidRDefault="00AD2420">
      <w:pPr>
        <w:pStyle w:val="Heading2"/>
      </w:pPr>
      <w:r>
        <w:t>4. Title of the Idea/Project</w:t>
      </w:r>
    </w:p>
    <w:p w:rsidR="008C2595" w:rsidRDefault="008C2595"/>
    <w:p w:rsidR="000B7A60" w:rsidRDefault="000B7A60"/>
    <w:p w:rsidR="008C2595" w:rsidRDefault="00AD2420">
      <w:pPr>
        <w:pStyle w:val="Heading2"/>
      </w:pPr>
      <w:r>
        <w:t>5. Problem Statement (150–200 words)</w:t>
      </w:r>
    </w:p>
    <w:p w:rsidR="008C2595" w:rsidRDefault="008C2595"/>
    <w:p w:rsidR="00AD2420" w:rsidRDefault="00AD2420"/>
    <w:p w:rsidR="008C2595" w:rsidRDefault="00AD2420" w:rsidP="00AD2420">
      <w:pPr>
        <w:pStyle w:val="Heading2"/>
      </w:pPr>
      <w:r>
        <w:t>6. Proposed Solution (150–200 words)</w:t>
      </w:r>
    </w:p>
    <w:p w:rsidR="00AD2420" w:rsidRDefault="00AD2420" w:rsidP="00AD2420">
      <w:pPr>
        <w:pStyle w:val="Heading2"/>
      </w:pPr>
      <w:r>
        <w:lastRenderedPageBreak/>
        <w:t>7. Methodology / Approach (150–200 words)</w:t>
      </w:r>
    </w:p>
    <w:p w:rsidR="00AD2420" w:rsidRDefault="00AD2420" w:rsidP="00AD2420"/>
    <w:p w:rsidR="00AD2420" w:rsidRDefault="00AD2420" w:rsidP="00AD2420"/>
    <w:p w:rsidR="008C2595" w:rsidRDefault="00AD2420">
      <w:pPr>
        <w:pStyle w:val="Heading2"/>
      </w:pPr>
      <w:r>
        <w:t>8. Key Features / Uniqueness (100–150 words)</w:t>
      </w:r>
    </w:p>
    <w:p w:rsidR="008C2595" w:rsidRDefault="008C2595"/>
    <w:p w:rsidR="00AD2420" w:rsidRDefault="00AD2420"/>
    <w:p w:rsidR="008C2595" w:rsidRDefault="00AD2420">
      <w:pPr>
        <w:pStyle w:val="Heading2"/>
      </w:pPr>
      <w:r>
        <w:t>09. Feasibility &amp; Implementation (100–150 words)</w:t>
      </w:r>
    </w:p>
    <w:p w:rsidR="008C2595" w:rsidRDefault="008C2595"/>
    <w:p w:rsidR="00AD2420" w:rsidRDefault="00AD2420"/>
    <w:p w:rsidR="008C2595" w:rsidRDefault="00000000">
      <w:pPr>
        <w:pStyle w:val="Heading2"/>
      </w:pPr>
      <w:r>
        <w:t>1</w:t>
      </w:r>
      <w:r w:rsidR="00AD2420">
        <w:t>0</w:t>
      </w:r>
      <w:r>
        <w:t>. Expected Impact</w:t>
      </w:r>
      <w:r w:rsidR="00AD2420">
        <w:t xml:space="preserve"> (100–150 words)</w:t>
      </w:r>
    </w:p>
    <w:p w:rsidR="008C2595" w:rsidRDefault="008C2595"/>
    <w:p w:rsidR="00AD2420" w:rsidRDefault="00AD2420"/>
    <w:p w:rsidR="008C2595" w:rsidRDefault="00000000">
      <w:pPr>
        <w:pStyle w:val="Heading2"/>
      </w:pPr>
      <w:r>
        <w:t>1</w:t>
      </w:r>
      <w:r w:rsidR="00AA0438">
        <w:t>1</w:t>
      </w:r>
      <w:r>
        <w:t>. Declaration of Originality</w:t>
      </w:r>
    </w:p>
    <w:p w:rsidR="008C2595" w:rsidRDefault="00000000">
      <w:r>
        <w:t>We hereby declare that this idea is original and has not been previously commercialized.</w:t>
      </w:r>
      <w:r>
        <w:br/>
      </w:r>
    </w:p>
    <w:p w:rsidR="008C2595" w:rsidRDefault="00000000">
      <w:r>
        <w:t>Team Representative Name: __________________________</w:t>
      </w:r>
    </w:p>
    <w:p w:rsidR="008C2595" w:rsidRDefault="00000000">
      <w:r>
        <w:t>Signature: __________________________</w:t>
      </w:r>
    </w:p>
    <w:p w:rsidR="008C2595" w:rsidRDefault="00000000">
      <w:r>
        <w:t>Date: __________________________</w:t>
      </w:r>
    </w:p>
    <w:sectPr w:rsidR="008C25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7996" w:rsidRDefault="00B67996" w:rsidP="00AD2420">
      <w:pPr>
        <w:spacing w:before="0" w:after="0" w:line="240" w:lineRule="auto"/>
      </w:pPr>
      <w:r>
        <w:separator/>
      </w:r>
    </w:p>
  </w:endnote>
  <w:endnote w:type="continuationSeparator" w:id="0">
    <w:p w:rsidR="00B67996" w:rsidRDefault="00B67996" w:rsidP="00AD242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7996" w:rsidRDefault="00B67996" w:rsidP="00AD2420">
      <w:pPr>
        <w:spacing w:before="0" w:after="0" w:line="240" w:lineRule="auto"/>
      </w:pPr>
      <w:r>
        <w:separator/>
      </w:r>
    </w:p>
  </w:footnote>
  <w:footnote w:type="continuationSeparator" w:id="0">
    <w:p w:rsidR="00B67996" w:rsidRDefault="00B67996" w:rsidP="00AD242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3015008">
    <w:abstractNumId w:val="8"/>
  </w:num>
  <w:num w:numId="2" w16cid:durableId="1000354057">
    <w:abstractNumId w:val="6"/>
  </w:num>
  <w:num w:numId="3" w16cid:durableId="783892054">
    <w:abstractNumId w:val="5"/>
  </w:num>
  <w:num w:numId="4" w16cid:durableId="1236404003">
    <w:abstractNumId w:val="4"/>
  </w:num>
  <w:num w:numId="5" w16cid:durableId="1439174921">
    <w:abstractNumId w:val="7"/>
  </w:num>
  <w:num w:numId="6" w16cid:durableId="197011325">
    <w:abstractNumId w:val="3"/>
  </w:num>
  <w:num w:numId="7" w16cid:durableId="352465660">
    <w:abstractNumId w:val="2"/>
  </w:num>
  <w:num w:numId="8" w16cid:durableId="1935167641">
    <w:abstractNumId w:val="1"/>
  </w:num>
  <w:num w:numId="9" w16cid:durableId="1729264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7A60"/>
    <w:rsid w:val="0015074B"/>
    <w:rsid w:val="0029639D"/>
    <w:rsid w:val="00326F90"/>
    <w:rsid w:val="00427C93"/>
    <w:rsid w:val="008C2595"/>
    <w:rsid w:val="00AA0438"/>
    <w:rsid w:val="00AA1D8D"/>
    <w:rsid w:val="00AD2420"/>
    <w:rsid w:val="00B47730"/>
    <w:rsid w:val="00B67996"/>
    <w:rsid w:val="00CB0664"/>
    <w:rsid w:val="00E359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5EB9C1"/>
  <w14:defaultImageDpi w14:val="300"/>
  <w15:docId w15:val="{F24822CE-F6E5-A24F-91F6-52A3E9AE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420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42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42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2420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42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42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42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42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42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42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basedOn w:val="Normal"/>
    <w:link w:val="NoSpacingChar"/>
    <w:uiPriority w:val="1"/>
    <w:qFormat/>
    <w:rsid w:val="00AD2420"/>
    <w:pPr>
      <w:spacing w:before="0"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D2420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D2420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AD2420"/>
    <w:rPr>
      <w:caps/>
      <w:color w:val="243F60" w:themeColor="accent1" w:themeShade="7F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AD2420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2420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420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D2420"/>
    <w:rPr>
      <w:caps/>
      <w:color w:val="595959" w:themeColor="text1" w:themeTint="A6"/>
      <w:spacing w:val="10"/>
      <w:sz w:val="24"/>
      <w:szCs w:val="24"/>
    </w:rPr>
  </w:style>
  <w:style w:type="paragraph" w:styleId="ListParagraph">
    <w:name w:val="List Paragraph"/>
    <w:basedOn w:val="Normal"/>
    <w:uiPriority w:val="34"/>
    <w:qFormat/>
    <w:rsid w:val="00AD242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AD242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D2420"/>
    <w:rPr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420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420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420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420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42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420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2420"/>
    <w:rPr>
      <w:b/>
      <w:bCs/>
      <w:color w:val="365F91" w:themeColor="accent1" w:themeShade="BF"/>
      <w:sz w:val="16"/>
      <w:szCs w:val="16"/>
    </w:rPr>
  </w:style>
  <w:style w:type="character" w:styleId="Strong">
    <w:name w:val="Strong"/>
    <w:uiPriority w:val="22"/>
    <w:qFormat/>
    <w:rsid w:val="00AD2420"/>
    <w:rPr>
      <w:b/>
      <w:bCs/>
    </w:rPr>
  </w:style>
  <w:style w:type="character" w:styleId="Emphasis">
    <w:name w:val="Emphasis"/>
    <w:uiPriority w:val="20"/>
    <w:qFormat/>
    <w:rsid w:val="00AD2420"/>
    <w:rPr>
      <w:caps/>
      <w:color w:val="243F60" w:themeColor="accent1" w:themeShade="7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42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420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AD2420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AD2420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AD2420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AD2420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AD2420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2420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AD24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Santhosh J S</cp:lastModifiedBy>
  <cp:revision>6</cp:revision>
  <dcterms:created xsi:type="dcterms:W3CDTF">2013-12-23T23:15:00Z</dcterms:created>
  <dcterms:modified xsi:type="dcterms:W3CDTF">2026-06-11T04:37:00Z</dcterms:modified>
  <cp:category/>
</cp:coreProperties>
</file>